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EEF80" w14:textId="77777777" w:rsidR="002B4B65" w:rsidRDefault="00917364">
      <w:pPr>
        <w:pStyle w:val="CVName"/>
      </w:pPr>
      <w:r>
        <w:t>Yobany Vicentes</w:t>
      </w:r>
    </w:p>
    <w:p w14:paraId="7026C921" w14:textId="77777777" w:rsidR="002B4B65" w:rsidRDefault="00917364">
      <w:pPr>
        <w:pStyle w:val="CVRole"/>
      </w:pPr>
      <w:r>
        <w:t>Software Developer | Backend, APIs &amp; Data-Enabled Applications | Full Working Rights</w:t>
      </w:r>
    </w:p>
    <w:p w14:paraId="1AFEE9B5" w14:textId="0A06D191" w:rsidR="002B4B65" w:rsidRDefault="00917364">
      <w:pPr>
        <w:pStyle w:val="CVContact"/>
      </w:pPr>
      <w:r>
        <w:t xml:space="preserve">New Zealand | +64 0225220204 | yobanyvicentes@gmail.com | </w:t>
      </w:r>
      <w:hyperlink r:id="rId8">
        <w:r>
          <w:rPr>
            <w:color w:val="0563C1"/>
            <w:u w:val="single"/>
          </w:rPr>
          <w:t>linkedin.com/in/yobany-alberto-vicentes-jimenez</w:t>
        </w:r>
      </w:hyperlink>
      <w:r>
        <w:t xml:space="preserve"> | </w:t>
      </w:r>
      <w:hyperlink r:id="rId9">
        <w:r>
          <w:rPr>
            <w:color w:val="0563C1"/>
            <w:u w:val="single"/>
          </w:rPr>
          <w:t>github.com/yobanyvicentes</w:t>
        </w:r>
      </w:hyperlink>
      <w:r>
        <w:t xml:space="preserve"> | </w:t>
      </w:r>
      <w:hyperlink r:id="rId10">
        <w:r>
          <w:rPr>
            <w:color w:val="0563C1"/>
            <w:u w:val="single"/>
          </w:rPr>
          <w:t>yobany.top</w:t>
        </w:r>
      </w:hyperlink>
    </w:p>
    <w:p w14:paraId="40587BD4" w14:textId="77777777" w:rsidR="002B4B65" w:rsidRDefault="00917364">
      <w:pPr>
        <w:pStyle w:val="Heading1"/>
        <w:pBdr>
          <w:bottom w:val="single" w:sz="6" w:space="1" w:color="4F81BD"/>
        </w:pBdr>
      </w:pPr>
      <w:r>
        <w:t>PROFESSIONAL SUMMARY</w:t>
      </w:r>
    </w:p>
    <w:p w14:paraId="1D933AE6" w14:textId="77777777" w:rsidR="002B4B65" w:rsidRDefault="00917364">
      <w:r>
        <w:t>Software developer and data-oriented backend professional based in Wellington, New Zealand, with full working rights and a Master of Management from Massey University. Experienced across Laravel, PHP, JavaScript, REST APIs, authentication flows, relational and non-relational databases, dashboards, web scraping, e-commerce integrations and business systems. Comfortable building applications that connect backend logic, data workflows, user needs and operational reporting. Strong fit for New Zealand software developer, web application developer, backend developer and analytics developer roles requiring clean code, API integration, database-driven features, Agile delivery and stakeholder communication.</w:t>
      </w:r>
    </w:p>
    <w:p w14:paraId="34475CF3" w14:textId="77777777" w:rsidR="002B4B65" w:rsidRDefault="00917364">
      <w:pPr>
        <w:pStyle w:val="Heading1"/>
        <w:pBdr>
          <w:bottom w:val="single" w:sz="6" w:space="1" w:color="4F81BD"/>
        </w:pBdr>
      </w:pPr>
      <w:r>
        <w:t>TECHNICAL SKILLS</w:t>
      </w:r>
    </w:p>
    <w:p w14:paraId="30C5B67D" w14:textId="77777777" w:rsidR="002B4B65" w:rsidRDefault="00917364">
      <w:pPr>
        <w:spacing w:after="12"/>
      </w:pPr>
      <w:r>
        <w:rPr>
          <w:b/>
        </w:rPr>
        <w:t xml:space="preserve">Programming and backend: </w:t>
      </w:r>
      <w:r>
        <w:t>.NET / C#, Laravel, PHP, Python, JavaScript, TypeScript, Node.js, Express.js, FastAPI, REST APIs, authentication, middleware, routing, backend business logic, integrations.</w:t>
      </w:r>
    </w:p>
    <w:p w14:paraId="2BF69594" w14:textId="77777777" w:rsidR="002B4B65" w:rsidRDefault="00917364">
      <w:pPr>
        <w:spacing w:after="12"/>
      </w:pPr>
      <w:r>
        <w:rPr>
          <w:b/>
        </w:rPr>
        <w:t xml:space="preserve">Frontend and UI: </w:t>
      </w:r>
      <w:r>
        <w:t>React, Blade, Tailwind CSS, HTML, CSS, JavaScript, responsive layouts, mobile-first interfaces, user-focused form and validation design.</w:t>
      </w:r>
    </w:p>
    <w:p w14:paraId="2DD52323" w14:textId="77777777" w:rsidR="002B4B65" w:rsidRDefault="00917364">
      <w:pPr>
        <w:spacing w:after="12"/>
      </w:pPr>
      <w:r>
        <w:rPr>
          <w:b/>
        </w:rPr>
        <w:t xml:space="preserve">Databases and data: </w:t>
      </w:r>
      <w:r>
        <w:t>MySQL, MongoDB, SQL, relational and non-relational databases, schema design, data validation, data cleaning, reporting data models, CSV and spreadsheet processing.</w:t>
      </w:r>
    </w:p>
    <w:p w14:paraId="64B1BD6B" w14:textId="77777777" w:rsidR="002B4B65" w:rsidRDefault="00917364">
      <w:pPr>
        <w:spacing w:after="12"/>
      </w:pPr>
      <w:r>
        <w:rPr>
          <w:b/>
        </w:rPr>
        <w:t xml:space="preserve">DevOps and workflow: </w:t>
      </w:r>
      <w:r>
        <w:t>Git, GitHub, pull requests, Docker, Vite, Composer, npm, deployment support, issue tracking, technical documentation, code review readiness.</w:t>
      </w:r>
    </w:p>
    <w:p w14:paraId="11BCAB8F" w14:textId="77777777" w:rsidR="002B4B65" w:rsidRDefault="00917364">
      <w:pPr>
        <w:spacing w:after="12"/>
      </w:pPr>
      <w:r>
        <w:rPr>
          <w:b/>
        </w:rPr>
        <w:t xml:space="preserve">Agile and delivery: </w:t>
      </w:r>
      <w:r>
        <w:t>Scrum, Kanban, Jira, requirements clarification, stakeholder communication, sprint-oriented delivery, support triage and continuous improvement.</w:t>
      </w:r>
    </w:p>
    <w:p w14:paraId="0E0E3FD4" w14:textId="77777777" w:rsidR="002B4B65" w:rsidRDefault="00917364">
      <w:pPr>
        <w:spacing w:after="12"/>
      </w:pPr>
      <w:r>
        <w:rPr>
          <w:b/>
        </w:rPr>
        <w:t xml:space="preserve">Analytics and business systems: </w:t>
      </w:r>
      <w:r>
        <w:t>Power BI, Looker Studio, Google Analytics 4, Google Tag Manager, dashboards, KPI reporting, e-commerce metrics, finance and HR software processes.</w:t>
      </w:r>
    </w:p>
    <w:p w14:paraId="53B3684E" w14:textId="77777777" w:rsidR="002B4B65" w:rsidRDefault="00917364">
      <w:pPr>
        <w:pStyle w:val="Heading1"/>
        <w:pBdr>
          <w:bottom w:val="single" w:sz="6" w:space="1" w:color="4F81BD"/>
        </w:pBdr>
      </w:pPr>
      <w:r>
        <w:t>PROFESSIONAL EXPERIENCE</w:t>
      </w:r>
    </w:p>
    <w:p w14:paraId="24B54C55" w14:textId="77777777" w:rsidR="002B4B65" w:rsidRDefault="00917364">
      <w:pPr>
        <w:spacing w:before="30" w:after="0"/>
      </w:pPr>
      <w:r>
        <w:rPr>
          <w:b/>
        </w:rPr>
        <w:t>Web Developer / Reporting Support | SOLMAQ SAS</w:t>
      </w:r>
      <w:r>
        <w:t xml:space="preserve"> | Jan 2024 - Aug 2025 | Remote</w:t>
      </w:r>
    </w:p>
    <w:p w14:paraId="5A3E241B" w14:textId="77777777" w:rsidR="002B4B65" w:rsidRDefault="00917364">
      <w:pPr>
        <w:spacing w:after="8"/>
        <w:ind w:left="259" w:hanging="173"/>
      </w:pPr>
      <w:r>
        <w:t>• Developed internal PHP pages, web tools and reporting components supporting day-to-day e-commerce operations and business decision-making.</w:t>
      </w:r>
    </w:p>
    <w:p w14:paraId="1CFC07BD" w14:textId="77777777" w:rsidR="002B4B65" w:rsidRDefault="00917364">
      <w:pPr>
        <w:spacing w:after="8"/>
        <w:ind w:left="259" w:hanging="173"/>
      </w:pPr>
      <w:r>
        <w:t>• Built web scraping workflows and structured data-processing routines to collect, clean and prepare business data for reporting and operational use.</w:t>
      </w:r>
    </w:p>
    <w:p w14:paraId="0BC18EAB" w14:textId="77777777" w:rsidR="002B4B65" w:rsidRDefault="00917364">
      <w:pPr>
        <w:spacing w:after="8"/>
        <w:ind w:left="259" w:hanging="173"/>
      </w:pPr>
      <w:r>
        <w:t>• Supported integrations with Wompi, Google Merchant Center and Google Tag Manager, improving data flow across e-commerce, marketing and analytics platforms.</w:t>
      </w:r>
    </w:p>
    <w:p w14:paraId="1B8AE1A8" w14:textId="77777777" w:rsidR="002B4B65" w:rsidRDefault="00917364">
      <w:pPr>
        <w:spacing w:after="8"/>
        <w:ind w:left="259" w:hanging="173"/>
      </w:pPr>
      <w:r>
        <w:t>• Built dashboards and reporting outputs for conversion funnel and operational metrics, improving visibility across digital sales performance.</w:t>
      </w:r>
    </w:p>
    <w:p w14:paraId="39FFB1F7" w14:textId="77777777" w:rsidR="002B4B65" w:rsidRDefault="00917364">
      <w:pPr>
        <w:spacing w:after="8"/>
        <w:ind w:left="259" w:hanging="173"/>
      </w:pPr>
      <w:r>
        <w:t>• Worked with marketing, platform and operational stakeholders to troubleshoot issues, clarify requirements and improve accuracy in data-driven workflows.</w:t>
      </w:r>
    </w:p>
    <w:p w14:paraId="215B1298" w14:textId="77777777" w:rsidR="002B4B65" w:rsidRDefault="00917364">
      <w:pPr>
        <w:spacing w:before="30" w:after="0"/>
      </w:pPr>
      <w:r>
        <w:rPr>
          <w:b/>
        </w:rPr>
        <w:t>Head of Systems / Software Development | Eurosemillas</w:t>
      </w:r>
      <w:r>
        <w:t xml:space="preserve"> | Oct 2023 - Dec 2023 | Colombia</w:t>
      </w:r>
    </w:p>
    <w:p w14:paraId="3DE51E18" w14:textId="77777777" w:rsidR="002B4B65" w:rsidRDefault="00917364">
      <w:pPr>
        <w:spacing w:after="8"/>
        <w:ind w:left="259" w:hanging="173"/>
      </w:pPr>
      <w:r>
        <w:t>• Led support and improvement of a proprietary agricultural management platform used for production, harvest, post-harvest and operational records.</w:t>
      </w:r>
    </w:p>
    <w:p w14:paraId="19C0667F" w14:textId="77777777" w:rsidR="002B4B65" w:rsidRDefault="00917364">
      <w:pPr>
        <w:spacing w:after="8"/>
        <w:ind w:left="259" w:hanging="173"/>
      </w:pPr>
      <w:r>
        <w:t>• Contributed to refactoring, technical documentation and feature improvements using PHP, JavaScript, jQuery, DataTables, MySQL and reporting tools.</w:t>
      </w:r>
    </w:p>
    <w:p w14:paraId="0528DF92" w14:textId="77777777" w:rsidR="002B4B65" w:rsidRDefault="00917364">
      <w:pPr>
        <w:spacing w:after="8"/>
        <w:ind w:left="259" w:hanging="173"/>
      </w:pPr>
      <w:r>
        <w:t>• Supported dashboards, charts and CRM-related modules, helping operational teams monitor productivity and post-harvest performance.</w:t>
      </w:r>
    </w:p>
    <w:p w14:paraId="0C1597D1" w14:textId="77777777" w:rsidR="002B4B65" w:rsidRDefault="00917364">
      <w:pPr>
        <w:spacing w:after="8"/>
        <w:ind w:left="259" w:hanging="173"/>
      </w:pPr>
      <w:r>
        <w:t>• Worked directly with users to troubleshoot system issues, improve usability and strengthen accurate data capture for reporting.</w:t>
      </w:r>
    </w:p>
    <w:p w14:paraId="336DF41C" w14:textId="77777777" w:rsidR="002B4B65" w:rsidRDefault="00917364">
      <w:pPr>
        <w:spacing w:before="30" w:after="0"/>
      </w:pPr>
      <w:r>
        <w:rPr>
          <w:b/>
        </w:rPr>
        <w:t>Freelance Web Developer | Independent</w:t>
      </w:r>
      <w:r>
        <w:t xml:space="preserve"> | May 2023 - Sep 2023 | Colombia</w:t>
      </w:r>
    </w:p>
    <w:p w14:paraId="1C3A9F14" w14:textId="77777777" w:rsidR="002B4B65" w:rsidRDefault="00917364">
      <w:pPr>
        <w:spacing w:after="8"/>
        <w:ind w:left="259" w:hanging="173"/>
      </w:pPr>
      <w:r>
        <w:t>• Delivered custom software and web development work for clients, covering requirements gathering, implementation, testing support and delivery.</w:t>
      </w:r>
    </w:p>
    <w:p w14:paraId="0FF591FE" w14:textId="77777777" w:rsidR="002B4B65" w:rsidRDefault="00917364">
      <w:pPr>
        <w:spacing w:after="8"/>
        <w:ind w:left="259" w:hanging="173"/>
      </w:pPr>
      <w:r>
        <w:t>• Worked independently across front-end, backend and database tasks, adapting solutions to business needs and available technical constraints.</w:t>
      </w:r>
    </w:p>
    <w:p w14:paraId="5AEE7AF0" w14:textId="77777777" w:rsidR="002B4B65" w:rsidRDefault="00917364">
      <w:pPr>
        <w:spacing w:before="30" w:after="0"/>
      </w:pPr>
      <w:r>
        <w:rPr>
          <w:b/>
        </w:rPr>
        <w:t>Customer Success Consultant | BUK HR Software</w:t>
      </w:r>
      <w:r>
        <w:t xml:space="preserve"> | Sep 2022 - Apr 2023 | Colombia</w:t>
      </w:r>
    </w:p>
    <w:p w14:paraId="09EF35D6" w14:textId="77777777" w:rsidR="002B4B65" w:rsidRDefault="00917364">
      <w:pPr>
        <w:spacing w:after="8"/>
        <w:ind w:left="259" w:hanging="173"/>
      </w:pPr>
      <w:r>
        <w:t>• Supported major clients with HR/payroll platform configuration, API-related cases, integrations and advanced troubleshooting.</w:t>
      </w:r>
    </w:p>
    <w:p w14:paraId="38F114C1" w14:textId="77777777" w:rsidR="002B4B65" w:rsidRDefault="00917364">
      <w:pPr>
        <w:spacing w:after="8"/>
        <w:ind w:left="259" w:hanging="173"/>
      </w:pPr>
      <w:r>
        <w:t>• Translated business rules and client requirements into structured support actions, configuration changes and practical platform guidance.</w:t>
      </w:r>
    </w:p>
    <w:p w14:paraId="13B60AEE" w14:textId="77777777" w:rsidR="002B4B65" w:rsidRDefault="00917364">
      <w:pPr>
        <w:spacing w:after="8"/>
        <w:ind w:left="259" w:hanging="173"/>
      </w:pPr>
      <w:r>
        <w:t>• Contributed to HTML template development, payroll-related functions and standardisation of consulting processes for the Colombian market.</w:t>
      </w:r>
    </w:p>
    <w:p w14:paraId="49CE05A2" w14:textId="77777777" w:rsidR="002B4B65" w:rsidRDefault="00917364">
      <w:pPr>
        <w:spacing w:after="8"/>
        <w:ind w:left="259" w:hanging="173"/>
      </w:pPr>
      <w:r>
        <w:t>• Recognised as Best Employee / Best Contracted Collaborator in 2022.</w:t>
      </w:r>
    </w:p>
    <w:p w14:paraId="7FBAE207" w14:textId="77777777" w:rsidR="002B4B65" w:rsidRDefault="00917364">
      <w:pPr>
        <w:spacing w:before="30" w:after="0"/>
      </w:pPr>
      <w:r>
        <w:rPr>
          <w:b/>
        </w:rPr>
        <w:t>Customer Success Analyst | BUK HR Software</w:t>
      </w:r>
      <w:r>
        <w:t xml:space="preserve"> | Jul 2022 - Aug 2022 | Colombia</w:t>
      </w:r>
    </w:p>
    <w:p w14:paraId="3F7E2001" w14:textId="77777777" w:rsidR="002B4B65" w:rsidRDefault="00917364">
      <w:pPr>
        <w:spacing w:after="8"/>
        <w:ind w:left="259" w:hanging="173"/>
      </w:pPr>
      <w:r>
        <w:t>• Provided specialised software support on platform usage, product configuration, customer issues and structured case resolution.</w:t>
      </w:r>
    </w:p>
    <w:p w14:paraId="649E8AC5" w14:textId="77777777" w:rsidR="002B4B65" w:rsidRDefault="00917364">
      <w:pPr>
        <w:spacing w:after="8"/>
        <w:ind w:left="259" w:hanging="173"/>
      </w:pPr>
      <w:r>
        <w:t>• Explained software features, process behaviour and policy logic clearly to business users and internal stakeholders.</w:t>
      </w:r>
    </w:p>
    <w:p w14:paraId="313EA18D" w14:textId="77777777" w:rsidR="002B4B65" w:rsidRDefault="00917364">
      <w:pPr>
        <w:spacing w:before="30" w:after="0"/>
      </w:pPr>
      <w:r>
        <w:rPr>
          <w:b/>
        </w:rPr>
        <w:t>Administrative and Accounting Professional | Fundacion Amigos de Fulbright</w:t>
      </w:r>
      <w:r>
        <w:t xml:space="preserve"> | Feb 2021 - May 2022 | Colombia</w:t>
      </w:r>
    </w:p>
    <w:p w14:paraId="4AC86CF9" w14:textId="77777777" w:rsidR="002B4B65" w:rsidRDefault="00917364">
      <w:pPr>
        <w:spacing w:after="8"/>
        <w:ind w:left="259" w:hanging="173"/>
      </w:pPr>
      <w:r>
        <w:t>• Supported accounting software migration, payment gateway implementation and electronic payroll processes in a digitally evolving environment.</w:t>
      </w:r>
    </w:p>
    <w:p w14:paraId="060962A1" w14:textId="77777777" w:rsidR="002B4B65" w:rsidRDefault="00917364">
      <w:pPr>
        <w:spacing w:after="8"/>
        <w:ind w:left="259" w:hanging="173"/>
      </w:pPr>
      <w:r>
        <w:t>• Contributed to process standardisation, internal reporting support and the use of digital tools across administrative and finance workflows.</w:t>
      </w:r>
    </w:p>
    <w:p w14:paraId="3119699F" w14:textId="77777777" w:rsidR="002B4B65" w:rsidRDefault="00917364">
      <w:pPr>
        <w:spacing w:before="30" w:after="0"/>
      </w:pPr>
      <w:r>
        <w:rPr>
          <w:b/>
        </w:rPr>
        <w:t>Customer Success Advisor | SIIGO S.A.S.</w:t>
      </w:r>
      <w:r>
        <w:t xml:space="preserve"> | Jul 2020 - Dec 2020 | Colombia</w:t>
      </w:r>
    </w:p>
    <w:p w14:paraId="36F5B5E7" w14:textId="77777777" w:rsidR="002B4B65" w:rsidRDefault="00917364">
      <w:pPr>
        <w:spacing w:after="8"/>
        <w:ind w:left="259" w:hanging="173"/>
      </w:pPr>
      <w:r>
        <w:t>• Supported clients during electronic invoicing implementation, remote software support and user training for accounting software workflows.</w:t>
      </w:r>
    </w:p>
    <w:p w14:paraId="0B504127" w14:textId="77777777" w:rsidR="002B4B65" w:rsidRDefault="00917364">
      <w:pPr>
        <w:pStyle w:val="Heading1"/>
        <w:pBdr>
          <w:bottom w:val="single" w:sz="6" w:space="1" w:color="4F81BD"/>
        </w:pBdr>
      </w:pPr>
      <w:r>
        <w:t>TECHNICAL PORTFOLIO AND GITHUB</w:t>
      </w:r>
    </w:p>
    <w:p w14:paraId="20E02DAB" w14:textId="77777777" w:rsidR="002B4B65" w:rsidRDefault="00917364">
      <w:r>
        <w:rPr>
          <w:b/>
        </w:rPr>
        <w:t xml:space="preserve">Portfolio focus: </w:t>
      </w:r>
      <w:r>
        <w:t>Backend and data-enabled applications using Laravel, PHP, MySQL, JavaScript, React, Tailwind CSS, REST API design, authentication, reporting workflows and mobile-first UX. Current portfolio also includes .NET/mobile development exploration and API-connected application work. See GitHub and personal website for code samples and deployed applications.</w:t>
      </w:r>
    </w:p>
    <w:p w14:paraId="5344AAF3" w14:textId="77777777" w:rsidR="002B4B65" w:rsidRDefault="00917364">
      <w:pPr>
        <w:pStyle w:val="Heading1"/>
        <w:pBdr>
          <w:bottom w:val="single" w:sz="6" w:space="1" w:color="4F81BD"/>
        </w:pBdr>
      </w:pPr>
      <w:r>
        <w:t>EDUCATION</w:t>
      </w:r>
    </w:p>
    <w:p w14:paraId="0C5EFE1A" w14:textId="77777777" w:rsidR="002B4B65" w:rsidRDefault="00917364">
      <w:pPr>
        <w:spacing w:after="20"/>
      </w:pPr>
      <w:r>
        <w:rPr>
          <w:b/>
        </w:rPr>
        <w:t>Master of Management (Communication)</w:t>
      </w:r>
      <w:r>
        <w:t xml:space="preserve"> | Massey University, New Zealand | Completed Apr 2026</w:t>
      </w:r>
    </w:p>
    <w:p w14:paraId="3346EC69" w14:textId="77777777" w:rsidR="002B4B65" w:rsidRDefault="00917364">
      <w:pPr>
        <w:spacing w:after="20"/>
      </w:pPr>
      <w:r>
        <w:rPr>
          <w:b/>
        </w:rPr>
        <w:t>Master in Digital Marketing Management</w:t>
      </w:r>
      <w:r>
        <w:t xml:space="preserve"> | AreaAndina University, Colombia | Completed Apr 2024</w:t>
      </w:r>
    </w:p>
    <w:p w14:paraId="42E83E21" w14:textId="77777777" w:rsidR="002B4B65" w:rsidRDefault="00917364">
      <w:pPr>
        <w:spacing w:after="20"/>
      </w:pPr>
      <w:r>
        <w:rPr>
          <w:b/>
        </w:rPr>
        <w:t>Professional Certificate in Data Analytics</w:t>
      </w:r>
      <w:r>
        <w:t xml:space="preserve"> | Google | Completed Apr 2024</w:t>
      </w:r>
    </w:p>
    <w:p w14:paraId="62A4447D" w14:textId="072C6561" w:rsidR="002B4B65" w:rsidRDefault="00917364">
      <w:pPr>
        <w:spacing w:after="20"/>
      </w:pPr>
      <w:r>
        <w:rPr>
          <w:b/>
        </w:rPr>
        <w:t>Software Development</w:t>
      </w:r>
      <w:r w:rsidR="005926B0">
        <w:rPr>
          <w:b/>
        </w:rPr>
        <w:t xml:space="preserve"> Degree</w:t>
      </w:r>
      <w:r>
        <w:rPr>
          <w:b/>
        </w:rPr>
        <w:t xml:space="preserve"> </w:t>
      </w:r>
      <w:r>
        <w:t>| IU Digital de Antioquia, Colombia | Completed Nov 2023</w:t>
      </w:r>
    </w:p>
    <w:p w14:paraId="52E45AB5" w14:textId="77777777" w:rsidR="002B4B65" w:rsidRDefault="00917364">
      <w:pPr>
        <w:spacing w:after="20"/>
      </w:pPr>
      <w:r>
        <w:rPr>
          <w:b/>
        </w:rPr>
        <w:lastRenderedPageBreak/>
        <w:t>Full Stack Developer / Coding Programme</w:t>
      </w:r>
      <w:r>
        <w:t xml:space="preserve"> | DEV.F | Completed Nov 2023</w:t>
      </w:r>
    </w:p>
    <w:p w14:paraId="1D78AFCB" w14:textId="77777777" w:rsidR="002B4B65" w:rsidRDefault="00917364">
      <w:pPr>
        <w:spacing w:after="20"/>
      </w:pPr>
      <w:r>
        <w:rPr>
          <w:b/>
        </w:rPr>
        <w:t>Postgraduate Diploma in International Audit and Information Assurance</w:t>
      </w:r>
      <w:r>
        <w:t xml:space="preserve"> | La Salle University, Colombia | Completed Apr 2022</w:t>
      </w:r>
    </w:p>
    <w:p w14:paraId="39FCB0A6" w14:textId="77777777" w:rsidR="002B4B65" w:rsidRDefault="00917364">
      <w:pPr>
        <w:spacing w:after="20"/>
      </w:pPr>
      <w:r>
        <w:rPr>
          <w:b/>
        </w:rPr>
        <w:t>Bachelor of Public Accountancy</w:t>
      </w:r>
      <w:r>
        <w:t xml:space="preserve"> | La Salle University, Colombia | Completed Jun 2021</w:t>
      </w:r>
    </w:p>
    <w:p w14:paraId="2E11A919" w14:textId="77777777" w:rsidR="002B4B65" w:rsidRDefault="00917364">
      <w:pPr>
        <w:spacing w:after="20"/>
      </w:pPr>
      <w:r>
        <w:rPr>
          <w:b/>
        </w:rPr>
        <w:t>Bachelor of Business Administration</w:t>
      </w:r>
      <w:r>
        <w:t xml:space="preserve"> | La Salle University, Colombia | Completed Nov 2020</w:t>
      </w:r>
    </w:p>
    <w:p w14:paraId="7690E0EC" w14:textId="77777777" w:rsidR="002B4B65" w:rsidRDefault="00917364">
      <w:pPr>
        <w:pStyle w:val="Heading1"/>
        <w:pBdr>
          <w:bottom w:val="single" w:sz="6" w:space="1" w:color="4F81BD"/>
        </w:pBdr>
      </w:pPr>
      <w:r>
        <w:t>CERTIFICATIONS</w:t>
      </w:r>
    </w:p>
    <w:p w14:paraId="2F11AA75" w14:textId="77777777" w:rsidR="002B4B65" w:rsidRDefault="00917364">
      <w:pPr>
        <w:spacing w:after="8"/>
        <w:ind w:left="259" w:hanging="173"/>
      </w:pPr>
      <w:r>
        <w:t>• Google Data Analytics Professional Certificate.</w:t>
      </w:r>
    </w:p>
    <w:p w14:paraId="53C5138F" w14:textId="77777777" w:rsidR="002B4B65" w:rsidRDefault="00917364">
      <w:pPr>
        <w:spacing w:after="8"/>
        <w:ind w:left="259" w:hanging="173"/>
      </w:pPr>
      <w:r>
        <w:t>• E-commerce certification.</w:t>
      </w:r>
    </w:p>
    <w:p w14:paraId="4A8C329C" w14:textId="77777777" w:rsidR="002B4B65" w:rsidRDefault="00917364">
      <w:pPr>
        <w:spacing w:after="8"/>
        <w:ind w:left="259" w:hanging="173"/>
      </w:pPr>
      <w:r>
        <w:t>• ISO 27001 preparation course.</w:t>
      </w:r>
    </w:p>
    <w:p w14:paraId="7F7E6675" w14:textId="77777777" w:rsidR="002B4B65" w:rsidRDefault="00917364">
      <w:pPr>
        <w:spacing w:after="8"/>
        <w:ind w:left="259" w:hanging="173"/>
      </w:pPr>
      <w:r>
        <w:t>• Inbound for Startups with HubSpot.</w:t>
      </w:r>
    </w:p>
    <w:p w14:paraId="2F2D83E7" w14:textId="77777777" w:rsidR="002B4B65" w:rsidRDefault="00917364">
      <w:pPr>
        <w:spacing w:after="8"/>
        <w:ind w:left="259" w:hanging="173"/>
      </w:pPr>
      <w:r>
        <w:t>• Coding / full-stack development training.</w:t>
      </w:r>
    </w:p>
    <w:p w14:paraId="0029EFE4" w14:textId="77777777" w:rsidR="002B4B65" w:rsidRDefault="00917364">
      <w:pPr>
        <w:pStyle w:val="Heading1"/>
        <w:pBdr>
          <w:bottom w:val="single" w:sz="6" w:space="1" w:color="4F81BD"/>
        </w:pBdr>
      </w:pPr>
      <w:r>
        <w:t>VOLUNTEER EXPERIENCE</w:t>
      </w:r>
    </w:p>
    <w:p w14:paraId="63E4AF6E" w14:textId="77777777" w:rsidR="002B4B65" w:rsidRDefault="00917364">
      <w:pPr>
        <w:spacing w:before="30" w:after="0"/>
      </w:pPr>
      <w:r>
        <w:rPr>
          <w:b/>
        </w:rPr>
        <w:t>Mentor | Fulbright Colombia</w:t>
      </w:r>
      <w:r>
        <w:t xml:space="preserve"> | Oct 2024 - Dec 2024</w:t>
      </w:r>
    </w:p>
    <w:p w14:paraId="572AF23E" w14:textId="77777777" w:rsidR="002B4B65" w:rsidRDefault="00917364">
      <w:pPr>
        <w:spacing w:after="8"/>
        <w:ind w:left="259" w:hanging="173"/>
      </w:pPr>
      <w:r>
        <w:t>• Guided a mentee on postgraduate study options, scholarships and professional development planning.</w:t>
      </w:r>
    </w:p>
    <w:p w14:paraId="259C103D" w14:textId="77777777" w:rsidR="002B4B65" w:rsidRDefault="00917364">
      <w:pPr>
        <w:spacing w:before="30" w:after="0"/>
      </w:pPr>
      <w:r>
        <w:rPr>
          <w:b/>
        </w:rPr>
        <w:t>Mentor | Technovation Girls Colombia</w:t>
      </w:r>
      <w:r>
        <w:t xml:space="preserve"> | 2023</w:t>
      </w:r>
    </w:p>
    <w:p w14:paraId="6F27B439" w14:textId="77777777" w:rsidR="002B4B65" w:rsidRDefault="00917364">
      <w:pPr>
        <w:spacing w:after="8"/>
        <w:ind w:left="259" w:hanging="173"/>
      </w:pPr>
      <w:r>
        <w:t>• Supported girls in a STEM mobile app project and encouraged participation in technology pathways.</w:t>
      </w:r>
    </w:p>
    <w:p w14:paraId="6139D429" w14:textId="77777777" w:rsidR="002B4B65" w:rsidRDefault="00917364">
      <w:pPr>
        <w:pStyle w:val="Heading1"/>
        <w:pBdr>
          <w:bottom w:val="single" w:sz="6" w:space="1" w:color="4F81BD"/>
        </w:pBdr>
      </w:pPr>
      <w:r>
        <w:t>AWARDS AND REFERENCES</w:t>
      </w:r>
    </w:p>
    <w:p w14:paraId="028D00A4" w14:textId="77777777" w:rsidR="002B4B65" w:rsidRDefault="00917364">
      <w:r>
        <w:rPr>
          <w:b/>
        </w:rPr>
        <w:t xml:space="preserve">Awards: </w:t>
      </w:r>
      <w:r>
        <w:t>Best Employee / Best Contracted Collaborator, BUK (2022); COLFUTURO postgraduate scholarship; Ser Pilo Paga honour scholarship; Double degree with honours, La Salle University. References available upon request.</w:t>
      </w:r>
    </w:p>
    <w:sectPr w:rsidR="002B4B65" w:rsidSect="00034616">
      <w:footerReference w:type="default" r:id="rId11"/>
      <w:pgSz w:w="12240" w:h="15840"/>
      <w:pgMar w:top="576" w:right="792" w:bottom="547" w:left="79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A3E22" w14:textId="77777777" w:rsidR="00584B4C" w:rsidRDefault="00584B4C">
      <w:pPr>
        <w:spacing w:after="0"/>
      </w:pPr>
      <w:r>
        <w:separator/>
      </w:r>
    </w:p>
  </w:endnote>
  <w:endnote w:type="continuationSeparator" w:id="0">
    <w:p w14:paraId="72858568" w14:textId="77777777" w:rsidR="00584B4C" w:rsidRDefault="00584B4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47A77" w14:textId="77777777" w:rsidR="002B4B65" w:rsidRDefault="00917364">
    <w:pPr>
      <w:jc w:val="center"/>
    </w:pPr>
    <w:r>
      <w:rPr>
        <w:sz w:val="16"/>
      </w:rPr>
      <w:t>Yobany Vicentes | Software Developer CV</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3D4DD" w14:textId="77777777" w:rsidR="00584B4C" w:rsidRDefault="00584B4C">
      <w:pPr>
        <w:spacing w:after="0"/>
      </w:pPr>
      <w:r>
        <w:separator/>
      </w:r>
    </w:p>
  </w:footnote>
  <w:footnote w:type="continuationSeparator" w:id="0">
    <w:p w14:paraId="7AAC403E" w14:textId="77777777" w:rsidR="00584B4C" w:rsidRDefault="00584B4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35345759">
    <w:abstractNumId w:val="8"/>
  </w:num>
  <w:num w:numId="2" w16cid:durableId="1727292345">
    <w:abstractNumId w:val="6"/>
  </w:num>
  <w:num w:numId="3" w16cid:durableId="498078053">
    <w:abstractNumId w:val="5"/>
  </w:num>
  <w:num w:numId="4" w16cid:durableId="939028670">
    <w:abstractNumId w:val="4"/>
  </w:num>
  <w:num w:numId="5" w16cid:durableId="88083742">
    <w:abstractNumId w:val="7"/>
  </w:num>
  <w:num w:numId="6" w16cid:durableId="802771946">
    <w:abstractNumId w:val="3"/>
  </w:num>
  <w:num w:numId="7" w16cid:durableId="994262216">
    <w:abstractNumId w:val="2"/>
  </w:num>
  <w:num w:numId="8" w16cid:durableId="1407922867">
    <w:abstractNumId w:val="1"/>
  </w:num>
  <w:num w:numId="9" w16cid:durableId="13364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548DF"/>
    <w:rsid w:val="001854D4"/>
    <w:rsid w:val="001D0DB4"/>
    <w:rsid w:val="0029639D"/>
    <w:rsid w:val="002B4B65"/>
    <w:rsid w:val="00326F90"/>
    <w:rsid w:val="00584B4C"/>
    <w:rsid w:val="005926B0"/>
    <w:rsid w:val="00917364"/>
    <w:rsid w:val="00AA1D8D"/>
    <w:rsid w:val="00B47730"/>
    <w:rsid w:val="00BA1E21"/>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CB62321C-FAEE-4716-AD94-E59F2299B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40" w:line="240" w:lineRule="auto"/>
    </w:pPr>
    <w:rPr>
      <w:rFonts w:ascii="Calibri" w:eastAsia="Calibri" w:hAnsi="Calibri"/>
      <w:sz w:val="17"/>
    </w:rPr>
  </w:style>
  <w:style w:type="paragraph" w:styleId="Heading1">
    <w:name w:val="heading 1"/>
    <w:basedOn w:val="Normal"/>
    <w:next w:val="Normal"/>
    <w:link w:val="Heading1Char"/>
    <w:uiPriority w:val="9"/>
    <w:qFormat/>
    <w:rsid w:val="00FC693F"/>
    <w:pPr>
      <w:keepNext/>
      <w:keepLines/>
      <w:spacing w:before="80" w:after="20"/>
      <w:outlineLvl w:val="0"/>
    </w:pPr>
    <w:rPr>
      <w:rFonts w:asciiTheme="majorHAnsi" w:eastAsiaTheme="majorEastAsia" w:hAnsiTheme="majorHAnsi" w:cstheme="majorBidi"/>
      <w:b/>
      <w:bCs/>
      <w:color w:val="1F4E79"/>
      <w:sz w:val="21"/>
      <w:szCs w:val="28"/>
    </w:rPr>
  </w:style>
  <w:style w:type="paragraph" w:styleId="Heading2">
    <w:name w:val="heading 2"/>
    <w:basedOn w:val="Normal"/>
    <w:next w:val="Normal"/>
    <w:link w:val="Heading2Char"/>
    <w:uiPriority w:val="9"/>
    <w:unhideWhenUsed/>
    <w:qFormat/>
    <w:rsid w:val="00FC693F"/>
    <w:pPr>
      <w:keepNext/>
      <w:keepLines/>
      <w:spacing w:before="80" w:after="20"/>
      <w:outlineLvl w:val="1"/>
    </w:pPr>
    <w:rPr>
      <w:rFonts w:asciiTheme="majorHAnsi" w:eastAsiaTheme="majorEastAsia" w:hAnsiTheme="majorHAnsi" w:cstheme="majorBidi"/>
      <w:b/>
      <w:bCs/>
      <w:color w:val="1F4E79"/>
      <w:sz w:val="19"/>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VName">
    <w:name w:val="CV Name"/>
    <w:pPr>
      <w:spacing w:after="0"/>
      <w:jc w:val="center"/>
    </w:pPr>
    <w:rPr>
      <w:rFonts w:ascii="Calibri" w:eastAsia="Calibri" w:hAnsi="Calibri"/>
      <w:b/>
      <w:color w:val="000000"/>
      <w:sz w:val="32"/>
    </w:rPr>
  </w:style>
  <w:style w:type="paragraph" w:customStyle="1" w:styleId="CVRole">
    <w:name w:val="CV Role"/>
    <w:pPr>
      <w:spacing w:after="20"/>
      <w:jc w:val="center"/>
    </w:pPr>
    <w:rPr>
      <w:rFonts w:ascii="Calibri" w:eastAsia="Calibri" w:hAnsi="Calibri"/>
      <w:b/>
      <w:color w:val="1F4E79"/>
      <w:sz w:val="19"/>
    </w:rPr>
  </w:style>
  <w:style w:type="paragraph" w:customStyle="1" w:styleId="CVContact">
    <w:name w:val="CV Contact"/>
    <w:pPr>
      <w:spacing w:after="60"/>
      <w:jc w:val="center"/>
    </w:pPr>
    <w:rPr>
      <w:rFonts w:ascii="Calibri" w:eastAsia="Calibri" w:hAnsi="Calibri"/>
      <w:sz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yobany-alberto-vicentes-jimene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yobany.top" TargetMode="External"/><Relationship Id="rId4" Type="http://schemas.openxmlformats.org/officeDocument/2006/relationships/settings" Target="settings.xml"/><Relationship Id="rId9" Type="http://schemas.openxmlformats.org/officeDocument/2006/relationships/hyperlink" Target="https://github.com/yobanyvicen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Yobany Vicentes - Software Developer CV - New Zealand</dc:title>
  <dc:subject>ATS-friendly software developer CV for New Zealand</dc:subject>
  <dc:creator>Yobany Vicentes</dc:creator>
  <cp:keywords>software developer, backend developer, Laravel, .NET, PHP, Python, JavaScript, TypeScript, React, Tailwind, APIs, MySQL, MongoDB, New Zealand</cp:keywords>
  <dc:description>generated by python-docx</dc:description>
  <cp:lastModifiedBy>yobany vicentes</cp:lastModifiedBy>
  <cp:revision>4</cp:revision>
  <dcterms:created xsi:type="dcterms:W3CDTF">2013-12-23T23:15:00Z</dcterms:created>
  <dcterms:modified xsi:type="dcterms:W3CDTF">2026-05-08T10:58:00Z</dcterms:modified>
  <cp:category/>
</cp:coreProperties>
</file>